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7F2" w:rsidRDefault="00E857F2">
      <w:pPr>
        <w:jc w:val="center"/>
        <w:rPr>
          <w:b/>
          <w:sz w:val="36"/>
        </w:rPr>
      </w:pPr>
      <w:r w:rsidRPr="00E857F2">
        <w:rPr>
          <w:b/>
          <w:sz w:val="36"/>
        </w:rPr>
        <w:drawing>
          <wp:inline distT="0" distB="0" distL="0" distR="0">
            <wp:extent cx="1642311" cy="891540"/>
            <wp:effectExtent l="19050" t="0" r="0" b="0"/>
            <wp:docPr id="84197959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261" cy="899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C59" w:rsidRDefault="00AB6A36">
      <w:pPr>
        <w:jc w:val="center"/>
        <w:rPr>
          <w:b/>
          <w:sz w:val="36"/>
        </w:rPr>
      </w:pPr>
      <w:r>
        <w:rPr>
          <w:b/>
          <w:sz w:val="36"/>
        </w:rPr>
        <w:t>KARTA ZGŁOSZENIA</w:t>
      </w:r>
    </w:p>
    <w:p w:rsidR="00E857F2" w:rsidRDefault="00E857F2" w:rsidP="00E857F2">
      <w:pPr>
        <w:pStyle w:val="Default"/>
      </w:pPr>
    </w:p>
    <w:p w:rsidR="00E857F2" w:rsidRDefault="00E857F2" w:rsidP="00E857F2">
      <w:pPr>
        <w:pStyle w:val="Default"/>
      </w:pPr>
      <w:r>
        <w:t>Nr ewidencyjny zgłoszenia………………..……………………………………………………………………..</w:t>
      </w:r>
    </w:p>
    <w:p w:rsidR="00E857F2" w:rsidRDefault="00E857F2" w:rsidP="00E857F2">
      <w:pPr>
        <w:pStyle w:val="Default"/>
      </w:pPr>
      <w:r>
        <w:t>(wypełnia pracownik Rezydencji)</w:t>
      </w:r>
    </w:p>
    <w:p w:rsidR="00831C59" w:rsidRDefault="00831C59"/>
    <w:tbl>
      <w:tblPr>
        <w:tblStyle w:val="Tabela-Siatka"/>
        <w:tblW w:w="0" w:type="auto"/>
        <w:tblLook w:val="04A0"/>
      </w:tblPr>
      <w:tblGrid>
        <w:gridCol w:w="4320"/>
        <w:gridCol w:w="4320"/>
      </w:tblGrid>
      <w:tr w:rsidR="00E857F2">
        <w:tc>
          <w:tcPr>
            <w:tcW w:w="4320" w:type="dxa"/>
          </w:tcPr>
          <w:p w:rsidR="00E857F2" w:rsidRDefault="00E857F2">
            <w:proofErr w:type="spellStart"/>
            <w:r>
              <w:t>Imię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nazwisko</w:t>
            </w:r>
            <w:proofErr w:type="spellEnd"/>
          </w:p>
        </w:tc>
        <w:tc>
          <w:tcPr>
            <w:tcW w:w="4320" w:type="dxa"/>
          </w:tcPr>
          <w:p w:rsidR="00E857F2" w:rsidRDefault="00E857F2"/>
          <w:p w:rsidR="00E857F2" w:rsidRDefault="00E857F2"/>
        </w:tc>
      </w:tr>
      <w:tr w:rsidR="00E857F2">
        <w:tc>
          <w:tcPr>
            <w:tcW w:w="4320" w:type="dxa"/>
          </w:tcPr>
          <w:p w:rsidR="00E857F2" w:rsidRDefault="00E857F2">
            <w:r>
              <w:t>Adres zamieszkania</w:t>
            </w:r>
          </w:p>
        </w:tc>
        <w:tc>
          <w:tcPr>
            <w:tcW w:w="4320" w:type="dxa"/>
          </w:tcPr>
          <w:p w:rsidR="00E857F2" w:rsidRDefault="00E857F2"/>
          <w:p w:rsidR="00E857F2" w:rsidRDefault="00E857F2"/>
        </w:tc>
      </w:tr>
      <w:tr w:rsidR="00E857F2">
        <w:tc>
          <w:tcPr>
            <w:tcW w:w="4320" w:type="dxa"/>
          </w:tcPr>
          <w:p w:rsidR="00E857F2" w:rsidRDefault="00E857F2">
            <w:r>
              <w:t>PESEL</w:t>
            </w:r>
          </w:p>
        </w:tc>
        <w:tc>
          <w:tcPr>
            <w:tcW w:w="4320" w:type="dxa"/>
          </w:tcPr>
          <w:p w:rsidR="00E857F2" w:rsidRDefault="00E857F2"/>
          <w:p w:rsidR="00E857F2" w:rsidRDefault="00E857F2"/>
        </w:tc>
      </w:tr>
      <w:tr w:rsidR="00E857F2">
        <w:tc>
          <w:tcPr>
            <w:tcW w:w="4320" w:type="dxa"/>
          </w:tcPr>
          <w:p w:rsidR="00E857F2" w:rsidRDefault="00E857F2">
            <w:r>
              <w:t>Nr dokumentu tożsamości (jeśli brak PESEL)</w:t>
            </w:r>
          </w:p>
        </w:tc>
        <w:tc>
          <w:tcPr>
            <w:tcW w:w="4320" w:type="dxa"/>
          </w:tcPr>
          <w:p w:rsidR="00E857F2" w:rsidRDefault="00E857F2"/>
        </w:tc>
      </w:tr>
      <w:tr w:rsidR="00E857F2">
        <w:tc>
          <w:tcPr>
            <w:tcW w:w="4320" w:type="dxa"/>
          </w:tcPr>
          <w:p w:rsidR="00E857F2" w:rsidRDefault="00E857F2">
            <w:r>
              <w:t>Data i miejsce urodzenia</w:t>
            </w:r>
          </w:p>
        </w:tc>
        <w:tc>
          <w:tcPr>
            <w:tcW w:w="4320" w:type="dxa"/>
          </w:tcPr>
          <w:p w:rsidR="00E857F2" w:rsidRDefault="00E857F2"/>
          <w:p w:rsidR="00E857F2" w:rsidRDefault="00E857F2"/>
        </w:tc>
      </w:tr>
      <w:tr w:rsidR="00E857F2">
        <w:tc>
          <w:tcPr>
            <w:tcW w:w="4320" w:type="dxa"/>
          </w:tcPr>
          <w:p w:rsidR="00E857F2" w:rsidRDefault="00E857F2">
            <w:r>
              <w:t>Stan cywilny</w:t>
            </w:r>
          </w:p>
        </w:tc>
        <w:tc>
          <w:tcPr>
            <w:tcW w:w="4320" w:type="dxa"/>
          </w:tcPr>
          <w:p w:rsidR="00E857F2" w:rsidRDefault="00E857F2"/>
          <w:p w:rsidR="00E857F2" w:rsidRDefault="00E857F2"/>
        </w:tc>
      </w:tr>
      <w:tr w:rsidR="00E857F2">
        <w:tc>
          <w:tcPr>
            <w:tcW w:w="4320" w:type="dxa"/>
          </w:tcPr>
          <w:p w:rsidR="00E857F2" w:rsidRDefault="00E857F2">
            <w:r>
              <w:t>Wykształcenie</w:t>
            </w:r>
          </w:p>
        </w:tc>
        <w:tc>
          <w:tcPr>
            <w:tcW w:w="4320" w:type="dxa"/>
          </w:tcPr>
          <w:p w:rsidR="00E857F2" w:rsidRDefault="00E857F2"/>
          <w:p w:rsidR="00E857F2" w:rsidRDefault="00E857F2"/>
        </w:tc>
      </w:tr>
      <w:tr w:rsidR="00E857F2">
        <w:tc>
          <w:tcPr>
            <w:tcW w:w="4320" w:type="dxa"/>
          </w:tcPr>
          <w:p w:rsidR="00E857F2" w:rsidRDefault="00E857F2">
            <w:r>
              <w:t>Przychodnia, do której należy Pensjonariusz</w:t>
            </w:r>
          </w:p>
        </w:tc>
        <w:tc>
          <w:tcPr>
            <w:tcW w:w="4320" w:type="dxa"/>
          </w:tcPr>
          <w:p w:rsidR="00E857F2" w:rsidRDefault="00E857F2"/>
          <w:p w:rsidR="00E857F2" w:rsidRDefault="00E857F2"/>
        </w:tc>
      </w:tr>
    </w:tbl>
    <w:p w:rsidR="00831C59" w:rsidRDefault="00831C59"/>
    <w:p w:rsidR="00831C59" w:rsidRDefault="00AB6A36">
      <w:r>
        <w:t>RODZAJ POBYTU:  ☐ czas nieokreślony    ☐ czas określony do: __________________</w:t>
      </w:r>
    </w:p>
    <w:p w:rsidR="00831C59" w:rsidRDefault="00AB6A36" w:rsidP="00E857F2">
      <w:pPr>
        <w:pStyle w:val="Default"/>
      </w:pPr>
      <w:r>
        <w:t xml:space="preserve">DOWÓD OSOBISTY ODDANY DO DEPOZYTU:  </w:t>
      </w:r>
      <w:r>
        <w:rPr>
          <w:rFonts w:ascii="MS Gothic" w:eastAsia="MS Gothic" w:hAnsi="MS Gothic" w:cs="MS Gothic" w:hint="eastAsia"/>
        </w:rPr>
        <w:t>☐</w:t>
      </w:r>
      <w:r>
        <w:t xml:space="preserve"> TAK    </w:t>
      </w:r>
      <w:r>
        <w:rPr>
          <w:rFonts w:ascii="MS Gothic" w:eastAsia="MS Gothic" w:hAnsi="MS Gothic" w:cs="MS Gothic" w:hint="eastAsia"/>
        </w:rPr>
        <w:t>☐</w:t>
      </w:r>
      <w:r>
        <w:t xml:space="preserve"> NIE</w:t>
      </w:r>
      <w:r w:rsidR="00E857F2">
        <w:t xml:space="preserve">   (proszę zdobić ksero) </w:t>
      </w:r>
    </w:p>
    <w:p w:rsidR="00E857F2" w:rsidRDefault="00E857F2" w:rsidP="00E857F2">
      <w:pPr>
        <w:pStyle w:val="Default"/>
      </w:pPr>
    </w:p>
    <w:p w:rsidR="00831C59" w:rsidRDefault="00AB6A36">
      <w:r>
        <w:t>ORZECZENIE O NIEPEŁNOSPRAWNOŚCI:  ☐ TAK    ☐ NIE</w:t>
      </w:r>
    </w:p>
    <w:p w:rsidR="00E857F2" w:rsidRPr="00E857F2" w:rsidRDefault="00AB6A36">
      <w:r>
        <w:t xml:space="preserve">Stopień: ☐ lekki  ☐ umiarkowany  ☐ </w:t>
      </w:r>
      <w:proofErr w:type="spellStart"/>
      <w:r>
        <w:t>znaczny</w:t>
      </w:r>
      <w:proofErr w:type="spellEnd"/>
      <w:r>
        <w:t xml:space="preserve">  ☐ </w:t>
      </w:r>
      <w:proofErr w:type="spellStart"/>
      <w:r>
        <w:t>inny</w:t>
      </w:r>
      <w:proofErr w:type="spellEnd"/>
    </w:p>
    <w:p w:rsidR="00831C59" w:rsidRDefault="00AB6A36">
      <w:r w:rsidRPr="00E857F2">
        <w:rPr>
          <w:b/>
        </w:rPr>
        <w:t>OPIEKUN PRAWNY / KURATOR</w:t>
      </w:r>
      <w:r>
        <w:t>:  ☐ TAK    ☐ NIE</w:t>
      </w:r>
    </w:p>
    <w:p w:rsidR="00831C59" w:rsidRDefault="00AB6A36">
      <w:r>
        <w:t xml:space="preserve">Dane </w:t>
      </w:r>
      <w:proofErr w:type="spellStart"/>
      <w:r>
        <w:t>opiekuna</w:t>
      </w:r>
      <w:proofErr w:type="spellEnd"/>
      <w:r>
        <w:t xml:space="preserve"> </w:t>
      </w:r>
      <w:proofErr w:type="spellStart"/>
      <w:r>
        <w:t>prawnego</w:t>
      </w:r>
      <w:proofErr w:type="spellEnd"/>
      <w:r>
        <w:t xml:space="preserve"> / kuratora:</w:t>
      </w:r>
    </w:p>
    <w:tbl>
      <w:tblPr>
        <w:tblStyle w:val="Tabela-Siatka"/>
        <w:tblW w:w="0" w:type="auto"/>
        <w:tblLook w:val="04A0"/>
      </w:tblPr>
      <w:tblGrid>
        <w:gridCol w:w="4320"/>
        <w:gridCol w:w="4320"/>
      </w:tblGrid>
      <w:tr w:rsidR="00831C59">
        <w:tc>
          <w:tcPr>
            <w:tcW w:w="4320" w:type="dxa"/>
          </w:tcPr>
          <w:p w:rsidR="00831C59" w:rsidRDefault="00AB6A36">
            <w:r>
              <w:t>Imię i nazwisko</w:t>
            </w:r>
          </w:p>
        </w:tc>
        <w:tc>
          <w:tcPr>
            <w:tcW w:w="4320" w:type="dxa"/>
          </w:tcPr>
          <w:p w:rsidR="00831C59" w:rsidRDefault="00831C59"/>
          <w:p w:rsidR="00E857F2" w:rsidRDefault="00E857F2"/>
        </w:tc>
      </w:tr>
      <w:tr w:rsidR="00831C59">
        <w:tc>
          <w:tcPr>
            <w:tcW w:w="4320" w:type="dxa"/>
          </w:tcPr>
          <w:p w:rsidR="00831C59" w:rsidRDefault="00AB6A36">
            <w:r>
              <w:t>Adres</w:t>
            </w:r>
          </w:p>
        </w:tc>
        <w:tc>
          <w:tcPr>
            <w:tcW w:w="4320" w:type="dxa"/>
          </w:tcPr>
          <w:p w:rsidR="00831C59" w:rsidRDefault="00831C59"/>
          <w:p w:rsidR="00E857F2" w:rsidRDefault="00E857F2"/>
        </w:tc>
      </w:tr>
      <w:tr w:rsidR="00831C59">
        <w:tc>
          <w:tcPr>
            <w:tcW w:w="4320" w:type="dxa"/>
          </w:tcPr>
          <w:p w:rsidR="00831C59" w:rsidRDefault="00AB6A36">
            <w:r>
              <w:t>Telefon</w:t>
            </w:r>
          </w:p>
        </w:tc>
        <w:tc>
          <w:tcPr>
            <w:tcW w:w="4320" w:type="dxa"/>
          </w:tcPr>
          <w:p w:rsidR="00E857F2" w:rsidRDefault="00E857F2"/>
        </w:tc>
      </w:tr>
    </w:tbl>
    <w:p w:rsidR="00831C59" w:rsidRPr="00E857F2" w:rsidRDefault="00AB6A36">
      <w:pPr>
        <w:rPr>
          <w:b/>
        </w:rPr>
      </w:pPr>
      <w:r>
        <w:lastRenderedPageBreak/>
        <w:br/>
      </w:r>
      <w:r w:rsidRPr="00E857F2">
        <w:rPr>
          <w:b/>
        </w:rPr>
        <w:t>ZLECENIA I DOKUMENTACJA</w:t>
      </w:r>
    </w:p>
    <w:p w:rsidR="00831C59" w:rsidRDefault="00AB6A36">
      <w:r>
        <w:t>☐</w:t>
      </w:r>
      <w:r>
        <w:t xml:space="preserve"> Zlecenie na pieluchy/pieluchomajtki   od __________ do __________</w:t>
      </w:r>
    </w:p>
    <w:p w:rsidR="00831C59" w:rsidRDefault="00AB6A36">
      <w:r>
        <w:t>☐</w:t>
      </w:r>
      <w:r>
        <w:t xml:space="preserve"> Zlecenie na inne środki pomocnicze / </w:t>
      </w:r>
      <w:r>
        <w:t>ortopedyczne</w:t>
      </w:r>
    </w:p>
    <w:p w:rsidR="00831C59" w:rsidRDefault="00AB6A36">
      <w:r>
        <w:t>Jakie: _________________________________________________</w:t>
      </w:r>
    </w:p>
    <w:p w:rsidR="00831C59" w:rsidRDefault="00AB6A36">
      <w:r>
        <w:t>☐</w:t>
      </w:r>
      <w:r>
        <w:t xml:space="preserve"> Dostarczono dokumentację medyczną i zalecenia lekarskie</w:t>
      </w:r>
    </w:p>
    <w:p w:rsidR="00831C59" w:rsidRDefault="00AB6A36">
      <w:r>
        <w:t>Dokumenty do uzupełnienia: __________________________________________</w:t>
      </w:r>
    </w:p>
    <w:p w:rsidR="00831C59" w:rsidRPr="00E857F2" w:rsidRDefault="00AB6A36">
      <w:pPr>
        <w:rPr>
          <w:b/>
        </w:rPr>
      </w:pPr>
      <w:r>
        <w:br/>
      </w:r>
      <w:r w:rsidRPr="00E857F2">
        <w:rPr>
          <w:b/>
        </w:rPr>
        <w:t>ZAINTERESOWANIA PENSJONARIUSZA</w:t>
      </w:r>
    </w:p>
    <w:p w:rsidR="00831C59" w:rsidRDefault="00AB6A36">
      <w:r>
        <w:t>__________________________</w:t>
      </w:r>
      <w:r>
        <w:t>__________________________________</w:t>
      </w:r>
    </w:p>
    <w:p w:rsidR="00831C59" w:rsidRDefault="00AB6A36">
      <w:r>
        <w:t>____________________________________________________________</w:t>
      </w:r>
    </w:p>
    <w:p w:rsidR="00831C59" w:rsidRDefault="00AB6A36">
      <w:r>
        <w:t>____________________________________________________________</w:t>
      </w:r>
    </w:p>
    <w:p w:rsidR="00831C59" w:rsidRDefault="00AB6A36">
      <w:r>
        <w:t>____________________________________________________________</w:t>
      </w:r>
    </w:p>
    <w:p w:rsidR="00831C59" w:rsidRDefault="00AB6A36">
      <w:r>
        <w:t>______________________________________</w:t>
      </w:r>
      <w:r>
        <w:t>______________________</w:t>
      </w:r>
    </w:p>
    <w:p w:rsidR="00831C59" w:rsidRPr="00E857F2" w:rsidRDefault="00AB6A36">
      <w:pPr>
        <w:rPr>
          <w:b/>
        </w:rPr>
      </w:pPr>
      <w:r>
        <w:br/>
      </w:r>
      <w:r w:rsidRPr="00E857F2">
        <w:rPr>
          <w:b/>
        </w:rPr>
        <w:t>DANE KONTAKTOWE NAJBLIŻSZEJ RODZINY</w:t>
      </w:r>
    </w:p>
    <w:tbl>
      <w:tblPr>
        <w:tblStyle w:val="Tabela-Siatka"/>
        <w:tblW w:w="0" w:type="auto"/>
        <w:tblLook w:val="04A0"/>
      </w:tblPr>
      <w:tblGrid>
        <w:gridCol w:w="4320"/>
        <w:gridCol w:w="4320"/>
      </w:tblGrid>
      <w:tr w:rsidR="00831C59">
        <w:tc>
          <w:tcPr>
            <w:tcW w:w="4320" w:type="dxa"/>
          </w:tcPr>
          <w:p w:rsidR="00831C59" w:rsidRDefault="00AB6A36">
            <w:r>
              <w:t>Imię i nazwisko</w:t>
            </w:r>
          </w:p>
        </w:tc>
        <w:tc>
          <w:tcPr>
            <w:tcW w:w="4320" w:type="dxa"/>
          </w:tcPr>
          <w:p w:rsidR="00831C59" w:rsidRDefault="00831C59"/>
          <w:p w:rsidR="00E857F2" w:rsidRDefault="00E857F2"/>
        </w:tc>
      </w:tr>
      <w:tr w:rsidR="00831C59">
        <w:tc>
          <w:tcPr>
            <w:tcW w:w="4320" w:type="dxa"/>
          </w:tcPr>
          <w:p w:rsidR="00831C59" w:rsidRDefault="00AB6A36">
            <w:r>
              <w:t>Stopień pokrewieństwa</w:t>
            </w:r>
          </w:p>
        </w:tc>
        <w:tc>
          <w:tcPr>
            <w:tcW w:w="4320" w:type="dxa"/>
          </w:tcPr>
          <w:p w:rsidR="00831C59" w:rsidRDefault="00831C59"/>
          <w:p w:rsidR="00E857F2" w:rsidRDefault="00E857F2"/>
        </w:tc>
      </w:tr>
      <w:tr w:rsidR="00831C59">
        <w:tc>
          <w:tcPr>
            <w:tcW w:w="4320" w:type="dxa"/>
          </w:tcPr>
          <w:p w:rsidR="00831C59" w:rsidRDefault="00AB6A36">
            <w:r>
              <w:t>Adres</w:t>
            </w:r>
          </w:p>
        </w:tc>
        <w:tc>
          <w:tcPr>
            <w:tcW w:w="4320" w:type="dxa"/>
          </w:tcPr>
          <w:p w:rsidR="00831C59" w:rsidRDefault="00831C59"/>
          <w:p w:rsidR="00E857F2" w:rsidRDefault="00E857F2"/>
        </w:tc>
      </w:tr>
      <w:tr w:rsidR="00831C59">
        <w:tc>
          <w:tcPr>
            <w:tcW w:w="4320" w:type="dxa"/>
          </w:tcPr>
          <w:p w:rsidR="00831C59" w:rsidRDefault="00AB6A36">
            <w:r>
              <w:t>Telefon</w:t>
            </w:r>
          </w:p>
        </w:tc>
        <w:tc>
          <w:tcPr>
            <w:tcW w:w="4320" w:type="dxa"/>
          </w:tcPr>
          <w:p w:rsidR="00831C59" w:rsidRDefault="00831C59"/>
          <w:p w:rsidR="00E857F2" w:rsidRDefault="00E857F2"/>
        </w:tc>
      </w:tr>
    </w:tbl>
    <w:p w:rsidR="00831C59" w:rsidRDefault="00AB6A36">
      <w:r>
        <w:br/>
      </w:r>
    </w:p>
    <w:tbl>
      <w:tblPr>
        <w:tblW w:w="0" w:type="auto"/>
        <w:tblLook w:val="04A0"/>
      </w:tblPr>
      <w:tblGrid>
        <w:gridCol w:w="4320"/>
        <w:gridCol w:w="4320"/>
      </w:tblGrid>
      <w:tr w:rsidR="00831C59">
        <w:tc>
          <w:tcPr>
            <w:tcW w:w="4320" w:type="dxa"/>
          </w:tcPr>
          <w:p w:rsidR="00831C59" w:rsidRDefault="00AB6A36">
            <w:r>
              <w:br/>
              <w:t>Data i podpis osoby składającej kartę zgłoszenia</w:t>
            </w:r>
            <w:r>
              <w:br/>
            </w:r>
          </w:p>
        </w:tc>
        <w:tc>
          <w:tcPr>
            <w:tcW w:w="4320" w:type="dxa"/>
          </w:tcPr>
          <w:p w:rsidR="00831C59" w:rsidRDefault="00AB6A36">
            <w:r>
              <w:br/>
              <w:t>Data i podpis osoby przyjmującej kartę zgłoszenia</w:t>
            </w:r>
            <w:r>
              <w:br/>
            </w:r>
          </w:p>
        </w:tc>
      </w:tr>
    </w:tbl>
    <w:p w:rsidR="00AB6A36" w:rsidRDefault="00AB6A36"/>
    <w:sectPr w:rsidR="00AB6A3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30E71A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8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831C59"/>
    <w:rsid w:val="00AA1D8D"/>
    <w:rsid w:val="00AB6A36"/>
    <w:rsid w:val="00B47730"/>
    <w:rsid w:val="00CB0664"/>
    <w:rsid w:val="00E857F2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E85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57F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857F2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val="pl-P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A1F7363-7BA8-4EBB-818F-B60DD06D7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1562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Aniela Sielczak</cp:lastModifiedBy>
  <cp:revision>2</cp:revision>
  <dcterms:created xsi:type="dcterms:W3CDTF">2013-12-23T23:15:00Z</dcterms:created>
  <dcterms:modified xsi:type="dcterms:W3CDTF">2026-06-13T12:30:00Z</dcterms:modified>
  <cp:category/>
</cp:coreProperties>
</file>